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A8A6" w14:textId="77777777" w:rsidR="005C18C0" w:rsidRDefault="00000000">
      <w:pPr>
        <w:jc w:val="center"/>
      </w:pPr>
      <w:r>
        <w:rPr>
          <w:b/>
          <w:sz w:val="26"/>
        </w:rPr>
        <w:t>INSTITUTE OF APPLIED STATISTICS, SRI LANKA (IASSL)</w:t>
      </w:r>
      <w:r>
        <w:rPr>
          <w:b/>
          <w:sz w:val="30"/>
        </w:rPr>
        <w:br/>
        <w:t>NATIONAL STATISTICS OLYMPIAD 2026</w:t>
      </w:r>
    </w:p>
    <w:p w14:paraId="6D6FB315" w14:textId="06EE21DD" w:rsidR="005C18C0" w:rsidRDefault="00000000">
      <w:pPr>
        <w:spacing w:after="160"/>
        <w:jc w:val="center"/>
      </w:pPr>
      <w:r>
        <w:rPr>
          <w:b/>
          <w:sz w:val="24"/>
        </w:rPr>
        <w:t>UNIVERSITY STUDENT CERTIFICATION / AUTHORIZATION</w:t>
      </w:r>
    </w:p>
    <w:p w14:paraId="7136111B" w14:textId="77777777" w:rsidR="005C18C0" w:rsidRDefault="00000000">
      <w:r>
        <w:rPr>
          <w:b/>
        </w:rPr>
        <w:t xml:space="preserve">To: </w:t>
      </w:r>
      <w:r>
        <w:t>The Coordinator, National Statistics Olympiad 2026, Institute of Applied Statistics, Sri Lanka</w:t>
      </w:r>
    </w:p>
    <w:p w14:paraId="423B28FA" w14:textId="77777777" w:rsidR="005C18C0" w:rsidRDefault="00000000">
      <w:r>
        <w:t>This letter is to certify and authorize the participation of the following student in the National Statistics Olympiad 2026.</w:t>
      </w:r>
    </w:p>
    <w:p w14:paraId="7D797560" w14:textId="77777777" w:rsidR="003008FF" w:rsidRDefault="003008F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72"/>
        <w:gridCol w:w="6120"/>
      </w:tblGrid>
      <w:tr w:rsidR="005C18C0" w14:paraId="33D40F2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29FD582" w14:textId="77777777" w:rsidR="005C18C0" w:rsidRDefault="00000000">
            <w:r>
              <w:rPr>
                <w:b/>
                <w:sz w:val="19"/>
              </w:rPr>
              <w:t>Full Name of Student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8CEE27F" w14:textId="77777777" w:rsidR="005C18C0" w:rsidRDefault="005C18C0"/>
        </w:tc>
      </w:tr>
      <w:tr w:rsidR="005C18C0" w14:paraId="17D11549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9565675" w14:textId="77777777" w:rsidR="005C18C0" w:rsidRDefault="00000000">
            <w:r>
              <w:rPr>
                <w:b/>
                <w:sz w:val="19"/>
              </w:rPr>
              <w:t>University / Higher Education Institution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03FBA0B" w14:textId="77777777" w:rsidR="005C18C0" w:rsidRDefault="005C18C0"/>
        </w:tc>
      </w:tr>
      <w:tr w:rsidR="005C18C0" w14:paraId="764A2E1B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4B2A4A77" w14:textId="77777777" w:rsidR="005C18C0" w:rsidRDefault="00000000">
            <w:r>
              <w:rPr>
                <w:b/>
                <w:sz w:val="19"/>
              </w:rPr>
              <w:t>Faculty / School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307792DE" w14:textId="77777777" w:rsidR="005C18C0" w:rsidRDefault="005C18C0"/>
        </w:tc>
      </w:tr>
      <w:tr w:rsidR="005C18C0" w14:paraId="47A70D1F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6D7AB63" w14:textId="77777777" w:rsidR="005C18C0" w:rsidRDefault="00000000">
            <w:r>
              <w:rPr>
                <w:b/>
                <w:sz w:val="19"/>
              </w:rPr>
              <w:t>Degree Programme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AD6A5E4" w14:textId="77777777" w:rsidR="005C18C0" w:rsidRDefault="005C18C0"/>
        </w:tc>
      </w:tr>
      <w:tr w:rsidR="005C18C0" w14:paraId="349CAF8F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6EAF2A50" w14:textId="77777777" w:rsidR="005C18C0" w:rsidRDefault="00000000">
            <w:r>
              <w:rPr>
                <w:b/>
                <w:sz w:val="19"/>
              </w:rPr>
              <w:t>Student Registration Number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50F726EA" w14:textId="77777777" w:rsidR="005C18C0" w:rsidRDefault="005C18C0"/>
        </w:tc>
      </w:tr>
      <w:tr w:rsidR="005C18C0" w14:paraId="3B8A86C5" w14:textId="77777777">
        <w:trPr>
          <w:jc w:val="center"/>
        </w:trPr>
        <w:tc>
          <w:tcPr>
            <w:tcW w:w="3672" w:type="dxa"/>
            <w:shd w:val="clear" w:color="auto" w:fill="E7E6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7A07BE89" w14:textId="77777777" w:rsidR="005C18C0" w:rsidRDefault="00000000">
            <w:r>
              <w:rPr>
                <w:b/>
                <w:sz w:val="19"/>
              </w:rPr>
              <w:t>Current Year of Study</w:t>
            </w:r>
          </w:p>
        </w:tc>
        <w:tc>
          <w:tcPr>
            <w:tcW w:w="6120" w:type="dxa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</w:tcPr>
          <w:p w14:paraId="162599D0" w14:textId="77777777" w:rsidR="005C18C0" w:rsidRDefault="005C18C0"/>
        </w:tc>
      </w:tr>
    </w:tbl>
    <w:p w14:paraId="4C6114F9" w14:textId="77777777" w:rsidR="005C18C0" w:rsidRDefault="00000000">
      <w:pPr>
        <w:spacing w:before="160"/>
      </w:pPr>
      <w:r>
        <w:rPr>
          <w:b/>
        </w:rPr>
        <w:t>Certification statement</w:t>
      </w:r>
    </w:p>
    <w:p w14:paraId="436E7364" w14:textId="77777777" w:rsidR="005C18C0" w:rsidRDefault="00000000">
      <w:r>
        <w:t xml:space="preserve">I certify that the above-named student is currently registered as a </w:t>
      </w:r>
      <w:r w:rsidRPr="003008FF">
        <w:rPr>
          <w:b/>
          <w:bCs/>
        </w:rPr>
        <w:t>first-year undergraduate student of this institution</w:t>
      </w:r>
      <w:r>
        <w:t>. I have verified the student's institutional details against the available official records.</w:t>
      </w:r>
    </w:p>
    <w:p w14:paraId="7F4DA27C" w14:textId="77777777" w:rsidR="005C18C0" w:rsidRDefault="00000000">
      <w:r>
        <w:t xml:space="preserve">I further confirm that the student is authorized to participate in the Senior Category of the National Statistics Olympiad 2026, subject to the applicable age requirement </w:t>
      </w:r>
      <w:r w:rsidRPr="003008FF">
        <w:rPr>
          <w:b/>
          <w:bCs/>
        </w:rPr>
        <w:t>of 21 years or below as at 31 December 2026</w:t>
      </w:r>
      <w:r>
        <w:t>.</w:t>
      </w:r>
    </w:p>
    <w:p w14:paraId="605F631C" w14:textId="77777777" w:rsidR="005C18C0" w:rsidRDefault="00000000">
      <w:r>
        <w:t>This certification is issued at the student's request for the purpose of National Statistics Olympiad 2026 registration.</w:t>
      </w:r>
    </w:p>
    <w:p w14:paraId="3F68FEF7" w14:textId="77777777" w:rsidR="003008FF" w:rsidRDefault="003008FF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5794"/>
      </w:tblGrid>
      <w:tr w:rsidR="005C18C0" w14:paraId="50B010E4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466A10F3" w14:textId="77777777" w:rsidR="005C18C0" w:rsidRDefault="00000000">
            <w:pPr>
              <w:spacing w:after="20"/>
            </w:pPr>
            <w:r>
              <w:t>Name of Head / Dean: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6E1903B4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3F53F945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0D84E874" w14:textId="77777777" w:rsidR="005C18C0" w:rsidRDefault="00000000">
            <w:pPr>
              <w:spacing w:after="20"/>
            </w:pPr>
            <w:r>
              <w:t>Designation: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3ED653A7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0E316A9E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138EB079" w14:textId="77777777" w:rsidR="005C18C0" w:rsidRDefault="00000000">
            <w:pPr>
              <w:spacing w:after="20"/>
            </w:pPr>
            <w:r>
              <w:t>Department / Faculty: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6414D4B7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4644C698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18D3E5B9" w14:textId="77777777" w:rsidR="005C18C0" w:rsidRDefault="00000000">
            <w:pPr>
              <w:spacing w:after="20"/>
            </w:pPr>
            <w:r>
              <w:t>University / Institution: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1420B823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478F6CD3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578391AE" w14:textId="77777777" w:rsidR="005C18C0" w:rsidRDefault="00000000">
            <w:pPr>
              <w:spacing w:after="20"/>
            </w:pPr>
            <w:r>
              <w:t>Signature: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6D789F98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70638F9D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644EB5FD" w14:textId="77777777" w:rsidR="005C18C0" w:rsidRDefault="00000000">
            <w:pPr>
              <w:spacing w:after="20"/>
            </w:pPr>
            <w:r>
              <w:t>Official Telephone / Email: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3AA894DC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  <w:tr w:rsidR="005C18C0" w14:paraId="5A66CFC8" w14:textId="77777777" w:rsidTr="003008FF">
        <w:tc>
          <w:tcPr>
            <w:tcW w:w="4430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3689761E" w14:textId="77777777" w:rsidR="005C18C0" w:rsidRDefault="00000000">
            <w:pPr>
              <w:spacing w:after="20"/>
            </w:pPr>
            <w:r>
              <w:t>Date:</w:t>
            </w:r>
          </w:p>
        </w:tc>
        <w:tc>
          <w:tcPr>
            <w:tcW w:w="5794" w:type="dxa"/>
            <w:tcMar>
              <w:top w:w="25" w:type="dxa"/>
              <w:left w:w="20" w:type="dxa"/>
              <w:bottom w:w="25" w:type="dxa"/>
              <w:right w:w="20" w:type="dxa"/>
            </w:tcMar>
            <w:vAlign w:val="center"/>
          </w:tcPr>
          <w:p w14:paraId="52852EF2" w14:textId="77777777" w:rsidR="005C18C0" w:rsidRDefault="00000000">
            <w:pPr>
              <w:spacing w:after="20"/>
            </w:pPr>
            <w:r>
              <w:t>........................................................................................................</w:t>
            </w:r>
          </w:p>
        </w:tc>
      </w:tr>
    </w:tbl>
    <w:p w14:paraId="353E0BA4" w14:textId="77777777" w:rsidR="005C18C0" w:rsidRDefault="00000000">
      <w:pPr>
        <w:jc w:val="right"/>
      </w:pPr>
      <w:r>
        <w:rPr>
          <w:i/>
          <w:sz w:val="18"/>
        </w:rPr>
        <w:t>Official Stamp / Seal</w:t>
      </w:r>
    </w:p>
    <w:sectPr w:rsidR="005C18C0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084924">
    <w:abstractNumId w:val="8"/>
  </w:num>
  <w:num w:numId="2" w16cid:durableId="5061047">
    <w:abstractNumId w:val="6"/>
  </w:num>
  <w:num w:numId="3" w16cid:durableId="1072853103">
    <w:abstractNumId w:val="5"/>
  </w:num>
  <w:num w:numId="4" w16cid:durableId="625433517">
    <w:abstractNumId w:val="4"/>
  </w:num>
  <w:num w:numId="5" w16cid:durableId="1188905400">
    <w:abstractNumId w:val="7"/>
  </w:num>
  <w:num w:numId="6" w16cid:durableId="645285848">
    <w:abstractNumId w:val="3"/>
  </w:num>
  <w:num w:numId="7" w16cid:durableId="478421802">
    <w:abstractNumId w:val="2"/>
  </w:num>
  <w:num w:numId="8" w16cid:durableId="654257736">
    <w:abstractNumId w:val="1"/>
  </w:num>
  <w:num w:numId="9" w16cid:durableId="64581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08FF"/>
    <w:rsid w:val="00326F90"/>
    <w:rsid w:val="005C18C0"/>
    <w:rsid w:val="007434DE"/>
    <w:rsid w:val="00AA1D8D"/>
    <w:rsid w:val="00B47730"/>
    <w:rsid w:val="00B52B31"/>
    <w:rsid w:val="00CB0664"/>
    <w:rsid w:val="00EB31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11E0A5"/>
  <w14:defaultImageDpi w14:val="300"/>
  <w15:docId w15:val="{7DC7EB6A-3F25-4EB8-BAFD-6A42438C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IASSL</dc:creator>
  <cp:keywords/>
  <dc:description>generated by python-docx</dc:description>
  <cp:lastModifiedBy>Rajitha Silva</cp:lastModifiedBy>
  <cp:revision>3</cp:revision>
  <dcterms:created xsi:type="dcterms:W3CDTF">2026-10-01T12:47:00Z</dcterms:created>
  <dcterms:modified xsi:type="dcterms:W3CDTF">2026-10-01T12:47:00Z</dcterms:modified>
  <cp:category/>
</cp:coreProperties>
</file>