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0FBBE" w14:textId="77777777" w:rsidR="008E538C" w:rsidRDefault="008E538C">
      <w:pPr>
        <w:jc w:val="right"/>
      </w:pPr>
    </w:p>
    <w:p w14:paraId="34BFA5AC" w14:textId="01FC4648" w:rsidR="007D36B0" w:rsidRDefault="00000000">
      <w:pPr>
        <w:jc w:val="right"/>
      </w:pPr>
      <w:r>
        <w:t>Date: ....................................</w:t>
      </w:r>
    </w:p>
    <w:p w14:paraId="374390BA" w14:textId="77777777" w:rsidR="007D36B0" w:rsidRDefault="00000000">
      <w:pPr>
        <w:spacing w:after="40"/>
      </w:pPr>
      <w:r>
        <w:rPr>
          <w:b/>
        </w:rPr>
        <w:t>To:</w:t>
      </w:r>
    </w:p>
    <w:p w14:paraId="3613EFDC" w14:textId="77777777" w:rsidR="007D36B0" w:rsidRDefault="00000000">
      <w:pPr>
        <w:spacing w:after="120"/>
      </w:pPr>
      <w:r>
        <w:t>The Coordinator</w:t>
      </w:r>
      <w:r>
        <w:br/>
        <w:t>National Statistics Olympiad 2026</w:t>
      </w:r>
      <w:r>
        <w:br/>
        <w:t>Institute of Applied Statistics, Sri Lanka</w:t>
      </w:r>
    </w:p>
    <w:p w14:paraId="35E59EEB" w14:textId="77777777" w:rsidR="007D36B0" w:rsidRDefault="00000000">
      <w:pPr>
        <w:spacing w:before="80" w:after="160"/>
        <w:jc w:val="center"/>
      </w:pPr>
      <w:r>
        <w:rPr>
          <w:b/>
          <w:sz w:val="24"/>
        </w:rPr>
        <w:t>Certification and Authorization of Students for the National Statistics Olympiad 2026</w:t>
      </w:r>
    </w:p>
    <w:p w14:paraId="450E6899" w14:textId="77777777" w:rsidR="007D36B0" w:rsidRDefault="00000000">
      <w:r>
        <w:t>Dear Sir/Madam,</w:t>
      </w:r>
    </w:p>
    <w:p w14:paraId="54CF9D82" w14:textId="77777777" w:rsidR="007D36B0" w:rsidRDefault="00000000" w:rsidP="008E538C">
      <w:pPr>
        <w:jc w:val="both"/>
      </w:pPr>
      <w:r>
        <w:t xml:space="preserve">I hereby certify that the students listed below are currently enrolled at </w:t>
      </w:r>
      <w:r>
        <w:rPr>
          <w:b/>
        </w:rPr>
        <w:t>[NAME OF SCHOOL]</w:t>
      </w:r>
      <w:r>
        <w:t xml:space="preserve"> and that the information provided has been verified against the official records of the school. I further confirm that each student satisfies the relevant eligibility requirements for participation in the National Statistics Olympiad 2026.</w:t>
      </w:r>
    </w:p>
    <w:p w14:paraId="48A52E91" w14:textId="77777777" w:rsidR="008E538C" w:rsidRDefault="008E538C" w:rsidP="008E538C">
      <w:pPr>
        <w:jc w:val="both"/>
      </w:pPr>
    </w:p>
    <w:p w14:paraId="3BDA5B98" w14:textId="77777777" w:rsidR="007D36B0" w:rsidRDefault="00000000" w:rsidP="008E538C">
      <w:pPr>
        <w:jc w:val="both"/>
      </w:pPr>
      <w:r>
        <w:t>I authorize the following students to participate in the National Statistics Olympiad 2026 as representatives of this school.</w:t>
      </w:r>
    </w:p>
    <w:p w14:paraId="64CB9898" w14:textId="77777777" w:rsidR="008E538C" w:rsidRDefault="008E538C" w:rsidP="008E538C">
      <w:pPr>
        <w:jc w:val="both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3240"/>
        <w:gridCol w:w="936"/>
        <w:gridCol w:w="1296"/>
        <w:gridCol w:w="1152"/>
        <w:gridCol w:w="1944"/>
      </w:tblGrid>
      <w:tr w:rsidR="007D36B0" w14:paraId="3DCE51A3" w14:textId="77777777">
        <w:trPr>
          <w:tblHeader/>
          <w:jc w:val="center"/>
        </w:trPr>
        <w:tc>
          <w:tcPr>
            <w:tcW w:w="605" w:type="dxa"/>
            <w:shd w:val="clear" w:color="auto" w:fill="D9E2F3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2F8A81E" w14:textId="77777777" w:rsidR="007D36B0" w:rsidRDefault="00000000">
            <w:pPr>
              <w:jc w:val="center"/>
            </w:pPr>
            <w:r>
              <w:rPr>
                <w:b/>
                <w:sz w:val="17"/>
              </w:rPr>
              <w:t>No.</w:t>
            </w:r>
          </w:p>
        </w:tc>
        <w:tc>
          <w:tcPr>
            <w:tcW w:w="3240" w:type="dxa"/>
            <w:shd w:val="clear" w:color="auto" w:fill="D9E2F3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8564ED4" w14:textId="77777777" w:rsidR="007D36B0" w:rsidRDefault="00000000">
            <w:pPr>
              <w:jc w:val="center"/>
            </w:pPr>
            <w:r>
              <w:rPr>
                <w:b/>
                <w:sz w:val="17"/>
              </w:rPr>
              <w:t>Full Name of Student</w:t>
            </w:r>
          </w:p>
        </w:tc>
        <w:tc>
          <w:tcPr>
            <w:tcW w:w="936" w:type="dxa"/>
            <w:shd w:val="clear" w:color="auto" w:fill="D9E2F3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021B033F" w14:textId="77777777" w:rsidR="007D36B0" w:rsidRDefault="00000000">
            <w:pPr>
              <w:jc w:val="center"/>
            </w:pPr>
            <w:r>
              <w:rPr>
                <w:b/>
                <w:sz w:val="17"/>
              </w:rPr>
              <w:t>Grade</w:t>
            </w:r>
          </w:p>
        </w:tc>
        <w:tc>
          <w:tcPr>
            <w:tcW w:w="1296" w:type="dxa"/>
            <w:shd w:val="clear" w:color="auto" w:fill="D9E2F3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1582E66" w14:textId="77777777" w:rsidR="007D36B0" w:rsidRDefault="00000000">
            <w:pPr>
              <w:jc w:val="center"/>
            </w:pPr>
            <w:r>
              <w:rPr>
                <w:b/>
                <w:sz w:val="17"/>
              </w:rPr>
              <w:t>Category</w:t>
            </w:r>
          </w:p>
        </w:tc>
        <w:tc>
          <w:tcPr>
            <w:tcW w:w="1152" w:type="dxa"/>
            <w:shd w:val="clear" w:color="auto" w:fill="D9E2F3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0EF8E6D6" w14:textId="77777777" w:rsidR="007D36B0" w:rsidRDefault="00000000">
            <w:pPr>
              <w:jc w:val="center"/>
            </w:pPr>
            <w:r>
              <w:rPr>
                <w:b/>
                <w:sz w:val="17"/>
              </w:rPr>
              <w:t>Medium</w:t>
            </w:r>
          </w:p>
        </w:tc>
        <w:tc>
          <w:tcPr>
            <w:tcW w:w="1944" w:type="dxa"/>
            <w:shd w:val="clear" w:color="auto" w:fill="D9E2F3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DBC59CF" w14:textId="77777777" w:rsidR="007D36B0" w:rsidRDefault="00000000">
            <w:pPr>
              <w:jc w:val="center"/>
            </w:pPr>
            <w:r>
              <w:rPr>
                <w:b/>
                <w:sz w:val="17"/>
              </w:rPr>
              <w:t>Admission / Student No.</w:t>
            </w:r>
          </w:p>
        </w:tc>
      </w:tr>
      <w:tr w:rsidR="007D36B0" w14:paraId="7442D928" w14:textId="77777777">
        <w:trPr>
          <w:jc w:val="center"/>
        </w:trPr>
        <w:tc>
          <w:tcPr>
            <w:tcW w:w="605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F1EA25F" w14:textId="77777777" w:rsidR="007D36B0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240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547ED47" w14:textId="77777777" w:rsidR="007D36B0" w:rsidRDefault="007D36B0">
            <w:pPr>
              <w:spacing w:after="0"/>
            </w:pPr>
          </w:p>
        </w:tc>
        <w:tc>
          <w:tcPr>
            <w:tcW w:w="93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366A3AB" w14:textId="77777777" w:rsidR="007D36B0" w:rsidRDefault="007D36B0">
            <w:pPr>
              <w:spacing w:after="0"/>
            </w:pPr>
          </w:p>
        </w:tc>
        <w:tc>
          <w:tcPr>
            <w:tcW w:w="129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3A1C005" w14:textId="77777777" w:rsidR="007D36B0" w:rsidRDefault="007D36B0">
            <w:pPr>
              <w:spacing w:after="0"/>
            </w:pPr>
          </w:p>
        </w:tc>
        <w:tc>
          <w:tcPr>
            <w:tcW w:w="1152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F50650C" w14:textId="77777777" w:rsidR="007D36B0" w:rsidRDefault="007D36B0">
            <w:pPr>
              <w:spacing w:after="0"/>
            </w:pPr>
          </w:p>
        </w:tc>
        <w:tc>
          <w:tcPr>
            <w:tcW w:w="1944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3A41400C" w14:textId="77777777" w:rsidR="007D36B0" w:rsidRDefault="007D36B0">
            <w:pPr>
              <w:spacing w:after="0"/>
            </w:pPr>
          </w:p>
        </w:tc>
      </w:tr>
      <w:tr w:rsidR="007D36B0" w14:paraId="484F43F8" w14:textId="77777777">
        <w:trPr>
          <w:jc w:val="center"/>
        </w:trPr>
        <w:tc>
          <w:tcPr>
            <w:tcW w:w="605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391DAB4" w14:textId="77777777" w:rsidR="007D36B0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240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D7FF8F1" w14:textId="77777777" w:rsidR="007D36B0" w:rsidRDefault="007D36B0">
            <w:pPr>
              <w:spacing w:after="0"/>
            </w:pPr>
          </w:p>
        </w:tc>
        <w:tc>
          <w:tcPr>
            <w:tcW w:w="93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17E0F51" w14:textId="77777777" w:rsidR="007D36B0" w:rsidRDefault="007D36B0">
            <w:pPr>
              <w:spacing w:after="0"/>
            </w:pPr>
          </w:p>
        </w:tc>
        <w:tc>
          <w:tcPr>
            <w:tcW w:w="129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C1E6122" w14:textId="77777777" w:rsidR="007D36B0" w:rsidRDefault="007D36B0">
            <w:pPr>
              <w:spacing w:after="0"/>
            </w:pPr>
          </w:p>
        </w:tc>
        <w:tc>
          <w:tcPr>
            <w:tcW w:w="1152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4810C7F" w14:textId="77777777" w:rsidR="007D36B0" w:rsidRDefault="007D36B0">
            <w:pPr>
              <w:spacing w:after="0"/>
            </w:pPr>
          </w:p>
        </w:tc>
        <w:tc>
          <w:tcPr>
            <w:tcW w:w="1944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5C95859" w14:textId="77777777" w:rsidR="007D36B0" w:rsidRDefault="007D36B0">
            <w:pPr>
              <w:spacing w:after="0"/>
            </w:pPr>
          </w:p>
        </w:tc>
      </w:tr>
      <w:tr w:rsidR="007D36B0" w14:paraId="15B527CC" w14:textId="77777777">
        <w:trPr>
          <w:jc w:val="center"/>
        </w:trPr>
        <w:tc>
          <w:tcPr>
            <w:tcW w:w="605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3EF61D4" w14:textId="77777777" w:rsidR="007D36B0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240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3188C899" w14:textId="77777777" w:rsidR="007D36B0" w:rsidRDefault="007D36B0">
            <w:pPr>
              <w:spacing w:after="0"/>
            </w:pPr>
          </w:p>
        </w:tc>
        <w:tc>
          <w:tcPr>
            <w:tcW w:w="93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7847377" w14:textId="77777777" w:rsidR="007D36B0" w:rsidRDefault="007D36B0">
            <w:pPr>
              <w:spacing w:after="0"/>
            </w:pPr>
          </w:p>
        </w:tc>
        <w:tc>
          <w:tcPr>
            <w:tcW w:w="129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F4E8CEC" w14:textId="77777777" w:rsidR="007D36B0" w:rsidRDefault="007D36B0">
            <w:pPr>
              <w:spacing w:after="0"/>
            </w:pPr>
          </w:p>
        </w:tc>
        <w:tc>
          <w:tcPr>
            <w:tcW w:w="1152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3811AC4" w14:textId="77777777" w:rsidR="007D36B0" w:rsidRDefault="007D36B0">
            <w:pPr>
              <w:spacing w:after="0"/>
            </w:pPr>
          </w:p>
        </w:tc>
        <w:tc>
          <w:tcPr>
            <w:tcW w:w="1944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AECB3A8" w14:textId="77777777" w:rsidR="007D36B0" w:rsidRDefault="007D36B0">
            <w:pPr>
              <w:spacing w:after="0"/>
            </w:pPr>
          </w:p>
        </w:tc>
      </w:tr>
      <w:tr w:rsidR="007D36B0" w14:paraId="72636D07" w14:textId="77777777">
        <w:trPr>
          <w:jc w:val="center"/>
        </w:trPr>
        <w:tc>
          <w:tcPr>
            <w:tcW w:w="605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1C48903" w14:textId="77777777" w:rsidR="007D36B0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240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BC91201" w14:textId="77777777" w:rsidR="007D36B0" w:rsidRDefault="007D36B0">
            <w:pPr>
              <w:spacing w:after="0"/>
            </w:pPr>
          </w:p>
        </w:tc>
        <w:tc>
          <w:tcPr>
            <w:tcW w:w="93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BC48900" w14:textId="77777777" w:rsidR="007D36B0" w:rsidRDefault="007D36B0">
            <w:pPr>
              <w:spacing w:after="0"/>
            </w:pPr>
          </w:p>
        </w:tc>
        <w:tc>
          <w:tcPr>
            <w:tcW w:w="129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3DC8C0A2" w14:textId="77777777" w:rsidR="007D36B0" w:rsidRDefault="007D36B0">
            <w:pPr>
              <w:spacing w:after="0"/>
            </w:pPr>
          </w:p>
        </w:tc>
        <w:tc>
          <w:tcPr>
            <w:tcW w:w="1152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992D59A" w14:textId="77777777" w:rsidR="007D36B0" w:rsidRDefault="007D36B0">
            <w:pPr>
              <w:spacing w:after="0"/>
            </w:pPr>
          </w:p>
        </w:tc>
        <w:tc>
          <w:tcPr>
            <w:tcW w:w="1944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1194B1C" w14:textId="77777777" w:rsidR="007D36B0" w:rsidRDefault="007D36B0">
            <w:pPr>
              <w:spacing w:after="0"/>
            </w:pPr>
          </w:p>
        </w:tc>
      </w:tr>
      <w:tr w:rsidR="007D36B0" w14:paraId="44A3C72C" w14:textId="77777777">
        <w:trPr>
          <w:jc w:val="center"/>
        </w:trPr>
        <w:tc>
          <w:tcPr>
            <w:tcW w:w="605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B5A891F" w14:textId="77777777" w:rsidR="007D36B0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240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0B4B538A" w14:textId="77777777" w:rsidR="007D36B0" w:rsidRDefault="007D36B0">
            <w:pPr>
              <w:spacing w:after="0"/>
            </w:pPr>
          </w:p>
        </w:tc>
        <w:tc>
          <w:tcPr>
            <w:tcW w:w="93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3D0908D" w14:textId="77777777" w:rsidR="007D36B0" w:rsidRDefault="007D36B0">
            <w:pPr>
              <w:spacing w:after="0"/>
            </w:pPr>
          </w:p>
        </w:tc>
        <w:tc>
          <w:tcPr>
            <w:tcW w:w="129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3464CA2" w14:textId="77777777" w:rsidR="007D36B0" w:rsidRDefault="007D36B0">
            <w:pPr>
              <w:spacing w:after="0"/>
            </w:pPr>
          </w:p>
        </w:tc>
        <w:tc>
          <w:tcPr>
            <w:tcW w:w="1152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AF6D3C5" w14:textId="77777777" w:rsidR="007D36B0" w:rsidRDefault="007D36B0">
            <w:pPr>
              <w:spacing w:after="0"/>
            </w:pPr>
          </w:p>
        </w:tc>
        <w:tc>
          <w:tcPr>
            <w:tcW w:w="1944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A26FC23" w14:textId="77777777" w:rsidR="007D36B0" w:rsidRDefault="007D36B0">
            <w:pPr>
              <w:spacing w:after="0"/>
            </w:pPr>
          </w:p>
        </w:tc>
      </w:tr>
      <w:tr w:rsidR="007D36B0" w14:paraId="718351AE" w14:textId="77777777">
        <w:trPr>
          <w:jc w:val="center"/>
        </w:trPr>
        <w:tc>
          <w:tcPr>
            <w:tcW w:w="605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A1CB195" w14:textId="77777777" w:rsidR="007D36B0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240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9D58FBA" w14:textId="77777777" w:rsidR="007D36B0" w:rsidRDefault="007D36B0">
            <w:pPr>
              <w:spacing w:after="0"/>
            </w:pPr>
          </w:p>
        </w:tc>
        <w:tc>
          <w:tcPr>
            <w:tcW w:w="93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30F789F2" w14:textId="77777777" w:rsidR="007D36B0" w:rsidRDefault="007D36B0">
            <w:pPr>
              <w:spacing w:after="0"/>
            </w:pPr>
          </w:p>
        </w:tc>
        <w:tc>
          <w:tcPr>
            <w:tcW w:w="129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373C54F" w14:textId="77777777" w:rsidR="007D36B0" w:rsidRDefault="007D36B0">
            <w:pPr>
              <w:spacing w:after="0"/>
            </w:pPr>
          </w:p>
        </w:tc>
        <w:tc>
          <w:tcPr>
            <w:tcW w:w="1152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B652A9D" w14:textId="77777777" w:rsidR="007D36B0" w:rsidRDefault="007D36B0">
            <w:pPr>
              <w:spacing w:after="0"/>
            </w:pPr>
          </w:p>
        </w:tc>
        <w:tc>
          <w:tcPr>
            <w:tcW w:w="1944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3208460" w14:textId="77777777" w:rsidR="007D36B0" w:rsidRDefault="007D36B0">
            <w:pPr>
              <w:spacing w:after="0"/>
            </w:pPr>
          </w:p>
        </w:tc>
      </w:tr>
      <w:tr w:rsidR="007D36B0" w14:paraId="5242AB28" w14:textId="77777777">
        <w:trPr>
          <w:jc w:val="center"/>
        </w:trPr>
        <w:tc>
          <w:tcPr>
            <w:tcW w:w="605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5E1753F" w14:textId="77777777" w:rsidR="007D36B0" w:rsidRDefault="00000000">
            <w:pPr>
              <w:spacing w:after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3240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55BE799" w14:textId="77777777" w:rsidR="007D36B0" w:rsidRDefault="007D36B0">
            <w:pPr>
              <w:spacing w:after="0"/>
            </w:pPr>
          </w:p>
        </w:tc>
        <w:tc>
          <w:tcPr>
            <w:tcW w:w="93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1D0C021" w14:textId="77777777" w:rsidR="007D36B0" w:rsidRDefault="007D36B0">
            <w:pPr>
              <w:spacing w:after="0"/>
            </w:pPr>
          </w:p>
        </w:tc>
        <w:tc>
          <w:tcPr>
            <w:tcW w:w="129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067B33D" w14:textId="77777777" w:rsidR="007D36B0" w:rsidRDefault="007D36B0">
            <w:pPr>
              <w:spacing w:after="0"/>
            </w:pPr>
          </w:p>
        </w:tc>
        <w:tc>
          <w:tcPr>
            <w:tcW w:w="1152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55411BC" w14:textId="77777777" w:rsidR="007D36B0" w:rsidRDefault="007D36B0">
            <w:pPr>
              <w:spacing w:after="0"/>
            </w:pPr>
          </w:p>
        </w:tc>
        <w:tc>
          <w:tcPr>
            <w:tcW w:w="1944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5394CC4" w14:textId="77777777" w:rsidR="007D36B0" w:rsidRDefault="007D36B0">
            <w:pPr>
              <w:spacing w:after="0"/>
            </w:pPr>
          </w:p>
        </w:tc>
      </w:tr>
      <w:tr w:rsidR="007D36B0" w14:paraId="1A6F744C" w14:textId="77777777">
        <w:trPr>
          <w:jc w:val="center"/>
        </w:trPr>
        <w:tc>
          <w:tcPr>
            <w:tcW w:w="605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2AD00F6" w14:textId="77777777" w:rsidR="007D36B0" w:rsidRDefault="00000000"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3240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220AB8A2" w14:textId="77777777" w:rsidR="007D36B0" w:rsidRDefault="007D36B0">
            <w:pPr>
              <w:spacing w:after="0"/>
            </w:pPr>
          </w:p>
        </w:tc>
        <w:tc>
          <w:tcPr>
            <w:tcW w:w="93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059DB79" w14:textId="77777777" w:rsidR="007D36B0" w:rsidRDefault="007D36B0">
            <w:pPr>
              <w:spacing w:after="0"/>
            </w:pPr>
          </w:p>
        </w:tc>
        <w:tc>
          <w:tcPr>
            <w:tcW w:w="1296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2456268" w14:textId="77777777" w:rsidR="007D36B0" w:rsidRDefault="007D36B0">
            <w:pPr>
              <w:spacing w:after="0"/>
            </w:pPr>
          </w:p>
        </w:tc>
        <w:tc>
          <w:tcPr>
            <w:tcW w:w="1152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ADD2B7E" w14:textId="77777777" w:rsidR="007D36B0" w:rsidRDefault="007D36B0">
            <w:pPr>
              <w:spacing w:after="0"/>
            </w:pPr>
          </w:p>
        </w:tc>
        <w:tc>
          <w:tcPr>
            <w:tcW w:w="1944" w:type="dxa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31DA2FFB" w14:textId="77777777" w:rsidR="007D36B0" w:rsidRDefault="007D36B0">
            <w:pPr>
              <w:spacing w:after="0"/>
            </w:pPr>
          </w:p>
        </w:tc>
      </w:tr>
    </w:tbl>
    <w:p w14:paraId="312F562B" w14:textId="77777777" w:rsidR="008E538C" w:rsidRDefault="00000000">
      <w:pPr>
        <w:spacing w:before="160"/>
        <w:rPr>
          <w:b/>
        </w:rPr>
      </w:pPr>
      <w:r>
        <w:rPr>
          <w:b/>
        </w:rPr>
        <w:t xml:space="preserve">Eligibility reference: </w:t>
      </w:r>
    </w:p>
    <w:p w14:paraId="1C43A2C3" w14:textId="69C7CDCE" w:rsidR="008E538C" w:rsidRDefault="00000000">
      <w:pPr>
        <w:spacing w:before="160"/>
      </w:pPr>
      <w:r>
        <w:t xml:space="preserve">Junior Category - Grades 9-11, age 17 years or below as at 31 December 2026. </w:t>
      </w:r>
    </w:p>
    <w:p w14:paraId="40CD3F5B" w14:textId="71A9DB01" w:rsidR="007D36B0" w:rsidRDefault="00000000">
      <w:pPr>
        <w:spacing w:before="160"/>
      </w:pPr>
      <w:r>
        <w:t>Senior Category - Grades 12-13, age 21 years or below as at 31 December 2026.</w:t>
      </w:r>
    </w:p>
    <w:p w14:paraId="0495B776" w14:textId="3945106E" w:rsidR="008E538C" w:rsidRDefault="00B44407">
      <w:pPr>
        <w:spacing w:before="360"/>
      </w:pPr>
      <w:r w:rsidRPr="00B44407">
        <w:t>I understand that students will not be considered officially registered for the National Statistics Olympiad 2026 unless this duly certified school letter is uploaded through the official registration portal.</w:t>
      </w:r>
    </w:p>
    <w:p w14:paraId="4CAEC2EA" w14:textId="00096C8B" w:rsidR="007D36B0" w:rsidRDefault="00000000">
      <w:pPr>
        <w:spacing w:before="360"/>
      </w:pPr>
      <w:r>
        <w:t>............................................................</w:t>
      </w:r>
      <w:r>
        <w:br/>
      </w:r>
      <w:r>
        <w:rPr>
          <w:b/>
        </w:rPr>
        <w:t>Signature of Principal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7200"/>
      </w:tblGrid>
      <w:tr w:rsidR="007D36B0" w14:paraId="7078B609" w14:textId="77777777">
        <w:tc>
          <w:tcPr>
            <w:tcW w:w="2304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786E96" w14:textId="77777777" w:rsidR="007D36B0" w:rsidRDefault="00000000">
            <w:r>
              <w:t>Name of Principal:</w:t>
            </w:r>
          </w:p>
        </w:tc>
        <w:tc>
          <w:tcPr>
            <w:tcW w:w="720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3759B2" w14:textId="77777777" w:rsidR="007D36B0" w:rsidRDefault="00000000">
            <w:r>
              <w:t>................................................................................................</w:t>
            </w:r>
          </w:p>
        </w:tc>
      </w:tr>
      <w:tr w:rsidR="007D36B0" w14:paraId="7A526779" w14:textId="77777777">
        <w:tc>
          <w:tcPr>
            <w:tcW w:w="2304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EC7632" w14:textId="77777777" w:rsidR="007D36B0" w:rsidRDefault="00000000">
            <w:r>
              <w:t>Telephone / Email:</w:t>
            </w:r>
          </w:p>
        </w:tc>
        <w:tc>
          <w:tcPr>
            <w:tcW w:w="720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7F50FA" w14:textId="77777777" w:rsidR="007D36B0" w:rsidRDefault="00000000">
            <w:r>
              <w:t>................................................................................................</w:t>
            </w:r>
          </w:p>
        </w:tc>
      </w:tr>
      <w:tr w:rsidR="007D36B0" w14:paraId="58BB8939" w14:textId="77777777">
        <w:tc>
          <w:tcPr>
            <w:tcW w:w="2304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58994C" w14:textId="77777777" w:rsidR="007D36B0" w:rsidRDefault="00000000">
            <w:r>
              <w:t>Date:</w:t>
            </w:r>
          </w:p>
        </w:tc>
        <w:tc>
          <w:tcPr>
            <w:tcW w:w="720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FDDAB1" w14:textId="77777777" w:rsidR="007D36B0" w:rsidRDefault="00000000">
            <w:r>
              <w:t>................................................................................................</w:t>
            </w:r>
          </w:p>
        </w:tc>
      </w:tr>
      <w:tr w:rsidR="007D36B0" w14:paraId="3735EE2D" w14:textId="77777777">
        <w:tc>
          <w:tcPr>
            <w:tcW w:w="2304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8C3024" w14:textId="77777777" w:rsidR="007D36B0" w:rsidRDefault="00000000">
            <w:r>
              <w:t>Official School Seal:</w:t>
            </w:r>
          </w:p>
        </w:tc>
        <w:tc>
          <w:tcPr>
            <w:tcW w:w="720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1FA626" w14:textId="77777777" w:rsidR="007D36B0" w:rsidRDefault="00000000">
            <w:r>
              <w:t>................................................................................................</w:t>
            </w:r>
          </w:p>
        </w:tc>
      </w:tr>
    </w:tbl>
    <w:p w14:paraId="2AFEFD41" w14:textId="77777777" w:rsidR="00C2079B" w:rsidRDefault="00C2079B"/>
    <w:sectPr w:rsidR="00C2079B" w:rsidSect="00034616">
      <w:headerReference w:type="default" r:id="rId8"/>
      <w:footerReference w:type="default" r:id="rId9"/>
      <w:pgSz w:w="12240" w:h="15840"/>
      <w:pgMar w:top="648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15A0B" w14:textId="77777777" w:rsidR="00BA15A8" w:rsidRDefault="00BA15A8">
      <w:pPr>
        <w:spacing w:after="0" w:line="240" w:lineRule="auto"/>
      </w:pPr>
      <w:r>
        <w:separator/>
      </w:r>
    </w:p>
  </w:endnote>
  <w:endnote w:type="continuationSeparator" w:id="0">
    <w:p w14:paraId="3520CB42" w14:textId="77777777" w:rsidR="00BA15A8" w:rsidRDefault="00BA1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DDCA" w14:textId="77777777" w:rsidR="007D36B0" w:rsidRDefault="00000000">
    <w:pPr>
      <w:pStyle w:val="Footer"/>
      <w:jc w:val="center"/>
    </w:pPr>
    <w:r>
      <w:rPr>
        <w:i/>
        <w:sz w:val="16"/>
      </w:rPr>
      <w:t>Template for use on the official school letterhead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54406" w14:textId="77777777" w:rsidR="00BA15A8" w:rsidRDefault="00BA15A8">
      <w:pPr>
        <w:spacing w:after="0" w:line="240" w:lineRule="auto"/>
      </w:pPr>
      <w:r>
        <w:separator/>
      </w:r>
    </w:p>
  </w:footnote>
  <w:footnote w:type="continuationSeparator" w:id="0">
    <w:p w14:paraId="5D74D6C4" w14:textId="77777777" w:rsidR="00BA15A8" w:rsidRDefault="00BA1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95C1F" w14:textId="77777777" w:rsidR="007D36B0" w:rsidRDefault="007D36B0">
    <w:pPr>
      <w:pStyle w:val="Header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040"/>
    </w:tblGrid>
    <w:tr w:rsidR="008E538C" w14:paraId="326F666E" w14:textId="77777777">
      <w:trPr>
        <w:jc w:val="center"/>
      </w:trPr>
      <w:tc>
        <w:tcPr>
          <w:tcW w:w="5040" w:type="dxa"/>
          <w:tcMar>
            <w:top w:w="50" w:type="dxa"/>
            <w:left w:w="30" w:type="dxa"/>
            <w:bottom w:w="50" w:type="dxa"/>
            <w:right w:w="30" w:type="dxa"/>
          </w:tcMar>
        </w:tcPr>
        <w:p w14:paraId="305FC6B0" w14:textId="534465A5" w:rsidR="008E538C" w:rsidRDefault="008E538C">
          <w:pPr>
            <w:jc w:val="center"/>
          </w:pPr>
          <w:r>
            <w:rPr>
              <w:b/>
              <w:sz w:val="20"/>
            </w:rPr>
            <w:t xml:space="preserve">SCHOOL LETTER-HEAD </w:t>
          </w:r>
        </w:p>
      </w:tc>
    </w:tr>
  </w:tbl>
  <w:p w14:paraId="76B958DB" w14:textId="77777777" w:rsidR="007D36B0" w:rsidRDefault="007D36B0">
    <w:pPr>
      <w:pBdr>
        <w:bottom w:val="single" w:sz="8" w:space="1" w:color="666666"/>
      </w:pBdr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641222">
    <w:abstractNumId w:val="8"/>
  </w:num>
  <w:num w:numId="2" w16cid:durableId="704673175">
    <w:abstractNumId w:val="6"/>
  </w:num>
  <w:num w:numId="3" w16cid:durableId="2035229873">
    <w:abstractNumId w:val="5"/>
  </w:num>
  <w:num w:numId="4" w16cid:durableId="231545129">
    <w:abstractNumId w:val="4"/>
  </w:num>
  <w:num w:numId="5" w16cid:durableId="1809742284">
    <w:abstractNumId w:val="7"/>
  </w:num>
  <w:num w:numId="6" w16cid:durableId="1204905384">
    <w:abstractNumId w:val="3"/>
  </w:num>
  <w:num w:numId="7" w16cid:durableId="499392432">
    <w:abstractNumId w:val="2"/>
  </w:num>
  <w:num w:numId="8" w16cid:durableId="430857803">
    <w:abstractNumId w:val="1"/>
  </w:num>
  <w:num w:numId="9" w16cid:durableId="308872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D36B0"/>
    <w:rsid w:val="008E538C"/>
    <w:rsid w:val="009E54DE"/>
    <w:rsid w:val="00AA1D8D"/>
    <w:rsid w:val="00B44407"/>
    <w:rsid w:val="00B47730"/>
    <w:rsid w:val="00BA15A8"/>
    <w:rsid w:val="00C2079B"/>
    <w:rsid w:val="00CB0664"/>
    <w:rsid w:val="00EB31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3F7471"/>
  <w14:defaultImageDpi w14:val="300"/>
  <w15:docId w15:val="{7DC7EB6A-3F25-4EB8-BAFD-6A42438C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IASSL</dc:creator>
  <cp:keywords/>
  <dc:description>generated by python-docx</dc:description>
  <cp:lastModifiedBy>Rajitha Silva</cp:lastModifiedBy>
  <cp:revision>3</cp:revision>
  <dcterms:created xsi:type="dcterms:W3CDTF">2026-10-01T12:44:00Z</dcterms:created>
  <dcterms:modified xsi:type="dcterms:W3CDTF">2026-10-01T13:03:00Z</dcterms:modified>
  <cp:category/>
</cp:coreProperties>
</file>